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L'effet piezo-electrique du poly (fluorure de vinylidène)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Gasmi; Ali/ Université Badji Mokhtar/ Lewa, 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piezo-electrique/ fluorure de vinylidène/ </w:t>
            </w:r>
          </w:p>
        </w:tc>
      </w:tr>
    </w:tbl>
    <w:p>
      <w:pPr>
        <w:pStyle w:val="Heading3"/>
      </w:pPr>
      <w:r>
        <w:t>Résumé :</w:t>
      </w:r>
    </w:p>
    <w:p>
      <w:r>
        <w:t>Les recherches étaient effetuées pour le PVDF en forme de film , préparé par deux méthodes différentes:</w:t>
        <w:br/>
        <w:br/>
        <w:t>-du poudre (A)</w:t>
        <w:br/>
        <w:br/>
        <w:t>-de la solution (B)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