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pétrographique minéralogique et géochimique des chapeaux de fer de djebel debbagh guelma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Ouddah; Amira/ Assassi, Fella/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goethite/ hématite/ chapeaux de fer/ djbel debbagh/ limonite exotique/ </w:t>
            </w:r>
          </w:p>
        </w:tc>
      </w:tr>
    </w:tbl>
    <w:p>
      <w:pPr>
        <w:pStyle w:val="Heading3"/>
      </w:pPr>
      <w:r>
        <w:t>Résumé :</w:t>
      </w:r>
    </w:p>
    <w:p>
      <w:r>
        <w:t>Les minéralisations ferrifères secondaires largement répandues dans les formations de dj. debbagh (guelma - ne algérien) se caractérisent par des affleurements limonitiques à composition dominée par le fer et la silice déposés essentiellement sous forme de goethite et hématite. les formations porteuses des ces ferruginisations appartiennent à l'unité structurale du môle néritique constantinois dont les dépôts du complexe autochtone à calcaire néritique du crétacé sont surmontés par des dépôts allochtones sénoniens et numidiens. l'ensemble de ces formations est très karstifié. les masses d'oxyde de fer disposées en pitons proéminents enracinés dans les argiles occupent le centre de ces excavations.</w:t>
        <w:br/>
        <w:br/>
        <w:t>les chapeaux de fer sont répartis en trois zones d'est en ouest de la mine de kaolin de dj. debbagh. les textures de limonite observées sont tous de type exotique, indiquant une migration du fer en solution acide. des compositions très variées dans chaque partie avec une prépondérance nettement marquée du le fe (&gt;30%) essentiellement sous forme de goethite dans les chapeaux de fer des extrémités orientale et occidentale de la mine de kaolin, as lié à la présence de scorodite, oxydes de mn et zn liés au fer. les chapeaux de fer de la partie centrale sont composés d'hématite avec des proportions relativement élevés en mn et zn ce qui témoigne que les conditions de dépôt dans cette zone été moins acides.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