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Recherches théoriques sur la liaison hydrogene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Tairi; Safia/ Université Houari Boumediene/ Maouche,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Liaison hydrogène/ température ordinaire/ réactions biologiques/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mémoire, nous avons réalisé une série d'études théoriques sur la liaison hydrogène.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