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théorique du complexe d'inclusion venlafaxine /b-cyclodextrine au moyen de la méthode hybride qm/qm'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Attoui Yaahia; Ouassila/ Université Badji Mokhtar/ Khatmi,  Djamel-Eddine/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venlafaxine/  complexe d’inclusion/ </w:t>
            </w:r>
          </w:p>
        </w:tc>
      </w:tr>
    </w:tbl>
    <w:p>
      <w:pPr>
        <w:pStyle w:val="Heading3"/>
      </w:pPr>
      <w:r>
        <w:t>Résumé :</w:t>
      </w:r>
    </w:p>
    <w:p>
      <w:r>
        <w:t>Une étude expérimentale basée sur les données spectrales de rmi 1H a fournie une</w:t>
        <w:br/>
        <w:br/>
        <w:t>image non précise concernant la structure géométrique du complexe d’inclusion</w:t>
        <w:br/>
        <w:br/>
        <w:t>Venlafaxine /B-Cyclodextrine, et dont laquelle on distingue seulement la pénétration du cycle</w:t>
        <w:br/>
        <w:br/>
        <w:t>aromatique à travers le côté le plus étroit de la molécule hôte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