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quelques métaux lourds dans les sols et végétaux (ble et orge) cas de la région de Annaba .algérie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Achouri; Mabrouka/ Louhi, Achour/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travalil se propose d'évaleur le degré de contamination des sole et des difffférentes.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