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Synth`ese et éetude theeorique d’une séerie  d’une séerie d’isoxazolidines par réeaction de cycloaddition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Achouri; Bilal/ Unversité Badji Mokhtar/ Djerourou, Bilal/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réaction/ keywords/ </w:t>
            </w:r>
          </w:p>
        </w:tc>
      </w:tr>
    </w:tbl>
    <w:p>
      <w:pPr>
        <w:pStyle w:val="Heading3"/>
      </w:pPr>
      <w:r>
        <w:t>Résumé :</w:t>
      </w:r>
    </w:p>
    <w:p>
      <w:r>
        <w:t>Les réeactions de cycloaddition 1,3-dipolaire sont des méethodes de choix pour l’acc`es `a des</w:t>
        <w:br/>
        <w:br/>
        <w:t>héetéerocycles `a cinq chaˆinons en chimie organique. Dans ce travail nous avons pu accéeder `a des isoxazolidines par</w:t>
        <w:br/>
        <w:br/>
        <w:t>r´eaction entre une nitrone et un alc`ene. La multitude des centres st´er´eog´eniques ( trois centre), cr´e´es aux cours</w:t>
        <w:br/>
        <w:br/>
        <w:t>de la r´eaction fait de cette r´eaction, un mod´ele de choix dans l’´etude de la r´egio et de la st´er´eoselectivit´e. Ainsi</w:t>
        <w:br/>
        <w:br/>
        <w:t>nous avons pu faire une ´etude th´eorique par mod´elisation mol´eculaire sur la r´egioselectivit´e de cette reaction.</w:t>
        <w:br/>
        <w:br/>
        <w:t>Cette éetude nous a permis de confirmer nos réesultats expéerimentaux et de comprendre le méecanisme de cette</w:t>
        <w:br/>
        <w:br/>
        <w:t>réeaction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