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cartographie de la qualité physico-chimique et biologique de l'eau des zones humides de la numidie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Allali; Ahmed/ Unversité Badji Mokhtar/ Delimi,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qualité de l'eau/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Dons le but de dresser une typologie ,d'évaluer et de cartographier la qualité l'eau des hydrosystémes de la numidie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