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approche de gestion et de réhabilitation des sites pollués de la région de annaba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Djorfi; Samir/ Laraba, Abdelaziz/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décharge publique/ pollution/ métaux lourds/ annaba/ rejets industriels/ </w:t>
            </w:r>
          </w:p>
        </w:tc>
      </w:tr>
    </w:tbl>
    <w:p>
      <w:pPr>
        <w:pStyle w:val="Heading3"/>
      </w:pPr>
      <w:r>
        <w:t>Résumé :</w:t>
      </w:r>
    </w:p>
    <w:p>
      <w:r>
        <w:t xml:space="preserve">L'important développement industriel et démographique dans la plaine de annaba s'est traduit par un accroissement des rejets induisant une dégradation de l'environnement et de la qualité des eaux superficielles et souterraines. l'étude effectuée sur la qualité des eaux superficielles et souterraines dans les secteurs, les plus exposés à la pollution, en l'occurrence l'oued meboudja et la plaine de l'oued zied (berka zarga), a permis de mettre en évidence la présence d'un gradient de contamination métallique amont-aval. l'évaluation du risque santé (edr) à l'aide du logiciel risk4, montre que la majorité des points étudiés présentent un indice du risque (ir) inacceptable pour les deux catégories de la société (enfant et adulte). dans le but d'améliorer cette situation, une analyse des critères de l'aménagement de la décharge de berka zarga et la réalisation d'un cet est effectuée. il est également recommandé d'installer un système de collecteurs, de drainage et de traitement des rejets industriels.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