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Quelques suites résultant dans la création de nouveaux polynômes 2 orthogonaux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Mekhalfa; Safia/ Université Badji Mokhtr/ Bouras, Mohammed Chérif/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 Résemé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Polynômes orthogonaux/ Polynômes 2 orthogonaux/ equations diférentielles/ </w:t>
            </w:r>
          </w:p>
        </w:tc>
      </w:tr>
    </w:tbl>
    <w:p>
      <w:pPr>
        <w:pStyle w:val="Heading3"/>
      </w:pPr>
      <w:r>
        <w:t>Résumé :</w:t>
      </w:r>
    </w:p>
    <w:p>
      <w:r>
        <w:t>Notre étude porte sur la caractérisation des polynômes 2-orthogonaux de la forme Qn(x)+rnQn-1(x)=Pn(x)+SnPn-1(x). On cherchera aussi les relations entre les coefficients de récurrences de ces polynômes. Ce travail sera validé par des exemples.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