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Extraction, identification et détermination des activités biologiques de quelques extraits actifs de plantes spontanées ( Ajuga iva, Artemisia herba  alba et marrubium vulgare) de la région de M'Sila,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Boudjelal; Amel/ Henchiri, C./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phytothérapie/ Antidiabétiques/ antimicrobien/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étude est de contribuer à la valorisation et la protection de la flore médicinale de la région ont permis d'inventorier 58 plnates spontanées dont la majoritéest utilisé comme antidiabétique.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