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of filamentous fungi isolated from beaches at Annaba and Skikda area and impact of pollution on their diversity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Bourzama; Ghania/ Soumati, Boudjema/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métabolites/ places/ sélection de tolérance/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Plusieurs études ont été réalisées sur la pollution chimique des plages, les métaux lourds représentent un facteur de risque sur ces plages. Cette étude a pour l'objectif d'identifier des champignons filamenteux idsolés à partir du sable de trois plages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