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combinaison de la vitamine C et la vitamine E sur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Derai; El Hadjela/ Unversité Badji Mokhtar/ Kechrid, 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diabète expérimental/ carence en zinc/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