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clinico-biologique chez des patients allergiques a annaba et evaluation de l'effet de l'exposition aux agents biologiques de l'environnement domestique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Meharzi; Sihem/ Boumendjel, 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aéroallergènes/ asthme/ IgE/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