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Non-destructive testing of concrete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Ayacht; Kamel / University of Wales/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concrete/ destructive testing/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