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d'un mur de soutenement en sol stabilse et renforce avec fibres et geogrilles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Houda/ Université Badji Mokhtar/ Chelghoum, N/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stabilisation/ polymère/ renforcement/ géogrille/ </w:t>
            </w:r>
          </w:p>
        </w:tc>
      </w:tr>
    </w:tbl>
    <w:p>
      <w:pPr>
        <w:pStyle w:val="Heading3"/>
      </w:pPr>
      <w:r>
        <w:t>Résumé :</w:t>
      </w:r>
    </w:p>
    <w:p>
      <w:r>
        <w:t>Le présent travail a pour objectif la modélisation numérique d'un mur de soutènement de la ligne de chemin de fer, réalisée en sol stabilisé aux fibres et renforcé avec des géogrilles en corée du sud, par le logiciel de calcul plaxis. les résultats obtenus lors de la modélisation sont très rapprochés de celles obtenues par les essais sur modèle réduit au laboratoire. l'inclusion des fibres pour stabiliser la partie avant de l'ouvrage réduit les déplacements horizontaux. ces derniers sont encore de magnitude moindre lorsque le remblai de sol compacté est renforcé par des inclusions linéaires. la stabilisation du sol aux fibres synthétiques améliore la stabilité de l'ouvrage en réduisant le coefficient de sécurité global de l'ouvrage. le renforcement du remblai de sol aux géogrilles augmente beaucoup plus ce coefficient de sécurité. la stabilisation de sol aux fibres combinées avec un renforcement de sol aux géogrilles a donné le meilleur coefficient de sécurité et par conséquent la meilleure</w:t>
        <w:br/>
        <w:br/>
        <w:t>stabilité de l'ouvrage.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