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Formalisation des thesaurus al'aide des reseaux de petri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Boudour; Rachid/ Laskri, M.T./ Unversité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Annaba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thésaurs/ modéle graphique/ </w:t>
            </w:r>
          </w:p>
        </w:tc>
      </w:tr>
    </w:tbl>
    <w:p>
      <w:pPr>
        <w:pStyle w:val="Heading3"/>
      </w:pPr>
      <w:r>
        <w:t>Résumé :</w:t>
      </w:r>
    </w:p>
    <w:p>
      <w:r>
        <w:t>L'informatique documentaire suscite de plus en plus d'ineet et pacourt souvent à dif erents outils de repréent ation lesqnels pris indépendamment ne permettent pas d'abostair aux resultatsescomptes.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