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consolidation des sols par la méthode des éléments finis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Fernane; Ali / Université Badji Mokhtar/ Habita, Mohamed Faouizi/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élasticité/ consolidation/ éléments finis (méthode) / programme de calcul/ </w:t>
            </w:r>
          </w:p>
        </w:tc>
      </w:tr>
    </w:tbl>
    <w:p>
      <w:pPr>
        <w:pStyle w:val="Heading3"/>
      </w:pPr>
      <w:r>
        <w:t>Résumé :</w:t>
      </w:r>
    </w:p>
    <w:p>
      <w:r>
        <w:t>L'extension des anciens travaux de terzaghi dans l'étude de la consolidation des sols par biot constitue le premier maillon dans l'enchaîinement des études des milieux poreux. un bref exposé des méthodes antérieures développées dans l'étude de phénomène de la consolidation des sols. une formulation basée sur les hypothèses que le solide est élastique linéaire et que l'écoulement obéit à la loi de darcy par l'application du principe des travaux virtuels, le champ d'équations à comportement couple régissant la consolidation des sols composé des équations d'équilibre et de l'équation de continuité. l'application du principe variationnel se traduit par la minimisation de deux fonctionnelles relatives aux déformations du squelette solide et à l'écoulement du liquide interstitiel, les solutions ainsi trouvées doivent satisfaire les conditions aux limites mécanique et hydraulique. l'intégration sur le pas du temps est le résultats de l'équation semi discrète de consolidation en élément finis développée par hughes et al, en adoptant un schéma implicite. les résultats numériques obtenus convergent d'une manière appréciable.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