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vocale d'un avg automatic vehicle guided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Redjati; Abdelghani/ Mouldi, Bedda/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langage/ la description de la carte vd 364/ commande vocale/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 la parole est aujourd'hui une composante fondamentale des sciences de l'ingénieur situé au croisement du traitement du signal numérique et du traitement du langage.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