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Commande d'un robt approche par generation de plans d'action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Boudjedir; Mounia/ Laskri, M.T./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d'un robt approche 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thése est d'apporter une contribution au probléme de la commande des manipulateurs et d'esssayer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