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Approximation numérique d'un problème en mécanique contact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Nasri; Nassima/ Sissaoui, Hocine/ Université Badji Mokhtar/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2018</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problème de l'obstacle/ plaque/ formulations variationnelles/ </w:t>
            </w:r>
          </w:p>
        </w:tc>
      </w:tr>
    </w:tbl>
    <w:p>
      <w:pPr>
        <w:pStyle w:val="Heading3"/>
      </w:pPr>
      <w:r>
        <w:t>Résumé :</w:t>
      </w:r>
    </w:p>
    <w:p>
      <w:r>
        <w:t>Ce mémoire de recherche concerne l'étude théorique et numérique du problème de l'obstacle pour une plaque élastique mince encastrée. Des formulations variationnelles sont construires utilisant le théorème des deux cônes de moreau ainsi que la méthode de l'hypersphère. Des simulations numériques ont été réalisées à l'aide de la méthode des éléments finis. Des estimations d'erreur ponctuelles ont été également obtenues.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