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realisation de logiciels d'optimisation contrainte avec analyse des erreurs de caluls et de données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Dekhli; Faïza/ Université Pierre Et Marie Cure/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 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erreur expérimentales/ erreurs de calcul d'arronti/ </w:t>
            </w:r>
          </w:p>
        </w:tc>
      </w:tr>
    </w:tbl>
    <w:p>
      <w:pPr>
        <w:pStyle w:val="Heading3"/>
      </w:pPr>
      <w:r>
        <w:t>Résumé :</w:t>
      </w:r>
    </w:p>
    <w:p>
      <w:r>
        <w:t>L'implémentation de la méthode de "permutation-perturbation" à un algoruthme d'optimisation pose les problèmes suivants: - le test d'arrêt optimal peut-il être vérifié dans tous les cas?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