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Préparation de l'électrode de fer sous forme de couche mince. Etude de l'oxydation et de la réduction du fer dans différents milieux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Lounas; Ali / Université Badji Mokhtar/ Delimi,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fer/ mince film/ voltamétrie/ </w:t>
            </w:r>
          </w:p>
        </w:tc>
      </w:tr>
    </w:tbl>
    <w:p>
      <w:pPr>
        <w:pStyle w:val="Heading3"/>
      </w:pPr>
      <w:r>
        <w:t>Résumé :</w:t>
      </w:r>
    </w:p>
    <w:p>
      <w:r>
        <w:t>L'électrdéposition du fer, sous forme d'un mince film sur du carbonevitreux dans différents milieux aqueux et organiques, a été étudiée. Le dépôt de fer a été étudié par voltamétrie cyclique.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