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Elaboration de poudre de fer par reduction de calamine avec le monoxyde de carbone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Serrai; Salim/ Université Badji Mokhtar/ Mechachti, Said/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poudre de fer / calamine/ monoxyde de carbone/ </w:t>
            </w:r>
          </w:p>
        </w:tc>
      </w:tr>
    </w:tbl>
    <w:p>
      <w:pPr>
        <w:pStyle w:val="Heading3"/>
      </w:pPr>
      <w:r>
        <w:t>Résumé :</w:t>
      </w:r>
    </w:p>
    <w:p>
      <w:r>
        <w:t>Ce travail consiste à étudier les conditions optimales de réduction de la calamine avec un gaz réducteur (monoxyde de carbone) afin d'obtenir de la poudre de fer ayant les caractéristiques exigées par la métallurgie des poudres.</w:t>
        <w:br/>
        <w:br/>
        <w:t>la calamme, coproduit qui fait l'objet de notre étude, est une épaisse couche d'oxydes, plus ou moins fissurée, qui adhère sur le fer (acier recuit ou laminé à chaud par exemple) lorsque ce dernier a subit un traitement à température élevée. elle est constituée de trois couches : une première couche extérieure mince qui est en contact avec l'air, formée d'oxyde ferrique fe&gt;o3, une couche mtermédiaire formée d'oxyde magnétique fe:04, enfin une troisième couche plus épaisse que les précédentes, en contact direct avec le fer, contenant surtout de l'oxyde ferreux feo.</w:t>
        <w:br/>
        <w:br/>
        <w:t>l'analyse spectrale des deux types de calamines utilisées (appelées lrb et lac) a donnée une teneur en fer moyenne de 72% tandis que pour la silice la teneur est variable (0.14% pour lac et 2.25% pour lrb). la calamine a été chauffée jusqu'à 400°c pour dégager les huiles et oxydée à 1000°c pour faire passer les oxydes à fe,o;. nous avons fait varier plusieurs paramètres tels que granulométrie, rapport co/n;, température et temps pour obtenir les meilleures conditions de réduction.</w:t>
        <w:br/>
        <w:br/>
        <w:t xml:space="preserve"> la meilleure réduction a été obtenue en utilisant les conditions suivantes : température 950-1050°c, débit 1000 l/h et temps 150-180 mn. la teneur en fer total atteinte dans la poudre de fer est de 98.44 %.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