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Comprehension dans les processus logiciels une approche basée rôle de programme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Bendelloul; Mohamed Salah/ Ghoul, S/ Université Badji Mokhtar/ </w:t>
            </w:r>
          </w:p>
        </w:tc>
      </w:tr>
      <w:tr>
        <w:trPr>
          <w:trHeight w:val="567"/>
        </w:trPr>
        <w:tc>
          <w:tcPr>
            <w:tcW w:type="dxa" w:w="3000"/>
          </w:tcPr>
          <w:p>
            <w:r>
              <w:t>Nombre de Pages</w:t>
            </w:r>
          </w:p>
        </w:tc>
        <w:tc>
          <w:tcPr>
            <w:tcW w:type="dxa" w:w="7000"/>
          </w:tcPr>
          <w:p>
            <w:r>
              <w:t>187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Compréhension de programmes/ ginie logiciel/ maintenance de logiciels/ </w:t>
            </w:r>
          </w:p>
        </w:tc>
      </w:tr>
    </w:tbl>
    <w:p>
      <w:pPr>
        <w:pStyle w:val="Heading3"/>
      </w:pPr>
      <w:r>
        <w:t>Résumé :</w:t>
      </w:r>
    </w:p>
    <w:p>
      <w:r>
        <w:t xml:space="preserve">Le processus de fabrication de logiciels est une tâche complexxe qui produit des logiciels coûteux, complexe et difficile à maintenir.Il manipule des entités de types variés, de tailles variables et dont les contraintes sémantiques sont complexes. Durant son cycle de vie, un système logicièl est caractérisé par des changements de différentes narures qui peuvent survenir non seulement durant son développement, mais aussi durant son exploitation.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