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L'artemia du chott merouane (el _oued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Amarouayache -deral; Mounia/ Kara, M.H/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reproduction/ artemia/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Quelques aspects de la biologie et de l'ecologie de l'artemia du chott merouane el_oued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