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l'écoulement plastique du metal au cours du processus  non statiennaire d'estampage pour l'unite ferrovial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Boudebane ; 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reconnaissance/ réalisation/ </w:t>
            </w:r>
          </w:p>
        </w:tc>
      </w:tr>
    </w:tbl>
    <w:p>
      <w:pPr>
        <w:pStyle w:val="Heading3"/>
      </w:pPr>
      <w:r>
        <w:t>Résumé :</w:t>
      </w:r>
    </w:p>
    <w:p>
      <w:r>
        <w:t xml:space="preserve">Ce travail a été réalisé sous la direction scientifique de mi lo profossour v.a.tiourine; je tions à le remercier et à lui ex primer toute ma reconnaissance pour l'aide constanto qu'il ma @ppor+6 durant ces doux années. </w:t>
        <w:br/>
        <w:br/>
        <w:t xml:space="preserve">j'exprime également ma vive reconnaissance à mrs, loujni et jiquilov ,maitres de conférences à l'université de annaba, pour leurs consoils au cours de la réalisation des expérioncose </w:t>
        <w:br/>
        <w:br/>
        <w:t xml:space="preserve">je ne saurais oublier mrs beddiar, garin et ijerri de l'unité perroviel de annaba, auxquels j'exprimo toute ma gratitude et les remercie pour mfavoir facilité, par leur ide precieuse et leur compréhonsion, l'exécution de ce travaile </w:t>
        <w:br/>
        <w:br/>
        <w:t xml:space="preserve">que oeux qui ont participé de prés ou de loin, àcoe tra vail, trouént ici l'expression de ma profonde reconnaissance.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