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l'analyse et la description des signaux d'électroencéphalographie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Yakoubi; Manel/ Hamdi, Rachid/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Bibliogr.- Résumé en français , anglais et arabe 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eeg/ kalman/ non parfumé/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Dans de nombreuses applications de traitement du signal ,notamment en biomédecine , l'électroencéphalographie (eeg) consiste à enregistrer l' activité électrique du cerveau sur le cuir chevelu.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