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fiabiliste et automatisation d’un pont roulant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Chakri; Asma/ Khelif, Rabia/ Université Badji Mokhtar/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conception/ fiabilité/ </w:t>
            </w:r>
          </w:p>
        </w:tc>
      </w:tr>
    </w:tbl>
    <w:p>
      <w:pPr>
        <w:pStyle w:val="Heading3"/>
      </w:pPr>
      <w:r>
        <w:t>Résumé :</w:t>
      </w:r>
    </w:p>
    <w:p>
      <w:r>
        <w:t>Dans cette thèse, une nouvelle version améliorée de l'algorithme des chauves-souris, appelé algorithme des chauves-souris directionnelles (dba) est présentée. en se basant sur le phénomène d'écholocation directionnelle, quatre modifications ont été introduites pour améliorer les performances de l'algorithme des chauves-souris. une série de tests a été réalisée, et les résultats montrent clairement la supériorité de cet algorithme. par la suite, ce dernier est utilisé pour développer une nouvelle méthode d'estimation de la fiabilité des structures. plusieurs benchmarks et cas pratiques ont été considérés, et les résultats ont dévoilé la fiabilité et la robustesse de cette méthode. en se basant sur le concept de l'espace de conception fiable, dba a été adapté pour résoudre les problèmes d'optimisation basée sur la fiabilité. a l'instar des méthodes classiques qui sont destinées à résoudre une certaine classe de problèmes, notre méthode d'optimisation fiabiliste basée sur dba a un spectre d'application plus général. afin d'évaluer les capacités des algorithmes et méthodes, proposées dans cette thèse, à résoudre des problèmes industriels, une analyse de fiabilité et une optimisation fiabiliste de la poutre principale d'un pont roulant à bipoutre sont considérées. enfin, une proposition sur l'automatisation d'un pont roulant est présentée. l'idée de base consiste à utiliser dba pour rendre le mouvement du pont roulant autonome et sans risque de collision.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