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mecano-fiabiliste des pipelines destines aux hydrocarbures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Mourad; Nahal/ Rabia, Khelif/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Doctodat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pipelines/ indice de fiabilité/ form/sorm/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