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analytique et numérique de l'équation burgerset l'accélèration de convergenge d'une classe de problèmes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Mous; Ilhem/ Laouar, Abdelhamid/ Université Badji Mokhtar/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dérivées conformes fractionnaires/ procédure d'accélération de convergence/ équation de Burgers modifiée / </w:t>
            </w:r>
          </w:p>
        </w:tc>
      </w:tr>
    </w:tbl>
    <w:p>
      <w:pPr>
        <w:pStyle w:val="Heading3"/>
      </w:pPr>
      <w:r>
        <w:t>Résumé :</w:t>
      </w:r>
    </w:p>
    <w:p>
      <w:r>
        <w:t xml:space="preserve">Cette thèse propose l'étude de trois problèmes, à savoir l'équation  D1de Burgers, un système couplé d'équations  D2  de Burgers aux dérivées conformes fractionnaires par rapport au temps et l'étude d'une procédure d'accélération de convergence pour une classe d'algorithmes itératifs dans un cadre de monotonie.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