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Mécanisme de sécurité pour l'internet des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Labiod; Yasmine/ Ghoualmi-Zine, Nacira/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fig.,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Bbbliogr.- Résumé en français anglais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Sécurité/ L'Internet des objets/ l'apprentissage/ </w:t>
            </w:r>
          </w:p>
        </w:tc>
      </w:tr>
    </w:tbl>
    <w:p>
      <w:pPr>
        <w:pStyle w:val="Heading3"/>
      </w:pPr>
      <w:r>
        <w:t>Résumé :</w:t>
      </w:r>
    </w:p>
    <w:p>
      <w:r>
        <w:t xml:space="preserve">A travers le mounde entier, des milliards d'objets autonomes et intelligents communiquent entre eux et sont connectés. En effet, une partie majeure de notre quotidient est représentée, aujourd'hui, par l'internet des objets (en anglais Lot). les frontières entre le monde virtuel et le monde virtuel et le monde réel sont désormais enlevées grâce à une nouvelle dimension créée par ce paradigne révolutionnaire.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