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Modification de la tenue à l'usure des cermets (W,Ti)C - 9%Co par traitements thermochimiques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Bouledroua; Besma/ Université Badji Mokhtar/ Saïd, Boudebane/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technologie/ traitements thermochimiques/ </w:t>
            </w:r>
          </w:p>
        </w:tc>
      </w:tr>
    </w:tbl>
    <w:p>
      <w:pPr>
        <w:pStyle w:val="Heading3"/>
      </w:pPr>
      <w:r>
        <w:t>Résumé :</w:t>
      </w:r>
    </w:p>
    <w:p>
      <w:r>
        <w:t>L'objet de cette étude est le cermet (w,ti)c - 9%co obtenu par frittage en phase liquide selon la technologie classique de la métallurgie des poudres. dans le but d'améliorer la tenue à l'usure des plaquettes de coupe, plusieurs traitements thermochimiques (nitruration gazeuse, cyanuration, carbonitruration) ont été testés. indépendamment du type de traitement, les plaquettes ont révélé une modification de la nature des phases mise à jour dans les couches superficielles. l'apparition de tin, ti(cn) et autres oxycarbonitrures a engendré un durcissement de la surface, avec des valeurs de la microdureté dépassant 45.000 mpa. cependant, pour des maintiens de plus de 6 heures, on enregistre un net abaissement de la dureté de la surface. la profondeur de la couche modifiée dépendra du type et des paramètres du traitement. le coefficient de frottement a été également sensible à la diffusion du carbone et/ou de l'azote. les plaquettes de coupe traitées mises en exploitation accusent une durée de vie supérieure à celle des plaquettes de référence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