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Menu - based user inteface systems : theory and &amp; pracrice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Idoughi; Djilali/ University Of Glasgow/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anglais</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Human - computer interfaces/ Interaction techniques/ Varios navigational/ </w:t>
            </w:r>
          </w:p>
        </w:tc>
      </w:tr>
    </w:tbl>
    <w:p>
      <w:pPr>
        <w:pStyle w:val="Heading3"/>
      </w:pPr>
      <w:r>
        <w:t>Résumé :</w:t>
      </w:r>
    </w:p>
    <w:p>
      <w:r>
        <w:t>The thesis discusses one of the most commonly used interaction techniques in human -computer interfaces. The menu selectin technique, whith continues to flourish because of its simple interaction format and its adaptability to the many diverse applications and contributes significantly to the widespread acceptance of menu - based user interface systems despite theit inherent disadvantages and drawbacks.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