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 evaluation des techniques de contrôle d'acces concurrentsdans les S.G.B.D. répartis .Développement de controleurs prévenant les interblocages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Atroun; Mohand Amokrane/ Université Houari Boumediene/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de gestion/ concurrentsdans les S.G.B.D/ evaluation des techniques/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dévloppement du système transactionnel CAC, variété de contrôleurs des accés concurrents aux informations prévenant l'interblocage, constitue une couche au -dessus des méthodes d'accés aux systèmes de gestion de bases de données augmentant  le parallélisme d'exécution tout en préservant la cohérence des données en dépit des pannes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