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 biologie du mulet doré liza aurata(risso,1810) en élevage extensif dans la lagune du mellah</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Kara; Lylia Labiba/ Kara, M.H/ </w:t>
            </w:r>
          </w:p>
        </w:tc>
      </w:tr>
      <w:tr>
        <w:trPr>
          <w:trHeight w:val="567"/>
        </w:trPr>
        <w:tc>
          <w:tcPr>
            <w:tcW w:type="dxa" w:w="3000"/>
          </w:tcPr>
          <w:p>
            <w:r>
              <w:t>Nombre de Pages</w:t>
            </w:r>
          </w:p>
        </w:tc>
        <w:tc>
          <w:tcPr>
            <w:tcW w:type="dxa" w:w="7000"/>
          </w:tcPr>
          <w:p>
            <w:r>
              <w:t>58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français arabe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S.D</w:t>
            </w:r>
          </w:p>
        </w:tc>
      </w:tr>
      <w:tr>
        <w:trPr>
          <w:trHeight w:val="567"/>
        </w:trPr>
        <w:tc>
          <w:tcPr>
            <w:tcW w:type="dxa" w:w="3000"/>
          </w:tcPr>
          <w:p>
            <w:r>
              <w:t>Sujet(s)</w:t>
            </w:r>
          </w:p>
        </w:tc>
        <w:tc>
          <w:tcPr>
            <w:tcW w:type="dxa" w:w="7000"/>
          </w:tcPr>
          <w:p>
            <w:r>
              <w:t xml:space="preserve">Ologie du mulet doré/ élevage extensif/ </w:t>
            </w:r>
          </w:p>
        </w:tc>
      </w:tr>
    </w:tbl>
    <w:p>
      <w:pPr>
        <w:pStyle w:val="Heading3"/>
      </w:pPr>
      <w:r>
        <w:t>Résumé :</w:t>
      </w:r>
    </w:p>
    <w:p>
      <w:r>
        <w:t>L'âge et la croissance du mulet doré, liza aurata (risso, 1810), des côtes de tunisie ont été étudiés en se basant sur deux méthodes. la première méthode, directe, a permis de déterminer la croissance relative, l'âge et la croissance absolue par scalimétrie. les relations morphométriques entre les différentes longueurs lt, lf et lst mesurées en mm ont été déterminées, elles sont du type linéaire.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