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parasites de l'anguille européenne Anguille anguilla capturée dans le lac Tanga (P.N.E.K).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Berkous; Nedjoua/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Ectoparasites/ endoparasites/ monogènes/ copépode/ nématode./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les parasites de l'anguille européenne Anguilla anguilla peuplant un plan d'eau douce du complexe de zones humides que le parc national d'el kala abrite ( le lac tonga). 894/2008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