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des sels nutritifs et des matieres organiques dans l'embouchure de oued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Fekrache; Fadila/ Ounissi, Makhlouf/ </w:t>
            </w:r>
          </w:p>
        </w:tc>
      </w:tr>
      <w:tr>
        <w:trPr>
          <w:trHeight w:val="567"/>
        </w:trPr>
        <w:tc>
          <w:tcPr>
            <w:tcW w:type="dxa" w:w="3000"/>
          </w:tcPr>
          <w:p>
            <w:r>
              <w:t>Nombre de Pages</w:t>
            </w:r>
          </w:p>
        </w:tc>
        <w:tc>
          <w:tcPr>
            <w:tcW w:type="dxa" w:w="7000"/>
          </w:tcPr>
          <w:p>
            <w:r>
              <w:t>30 cm.</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phosphate/ Inorganic nitrogen/ Coastal environment/ Seybouse River./ </w:t>
            </w:r>
          </w:p>
        </w:tc>
      </w:tr>
    </w:tbl>
    <w:p>
      <w:pPr>
        <w:pStyle w:val="Heading3"/>
      </w:pPr>
      <w:r>
        <w:t>Résumé :</w:t>
      </w:r>
    </w:p>
    <w:p>
      <w:r>
        <w:t>La Seybouse est la deuxième rivière importante en Algérie, elle a un bassin versant d’environ 6500 Km2  hébergeant près de 1,5 Millions d’habitants. La rivière est aménagée par cinq Barrages d’une capacité totale de 400 Millions m3.</w:t>
        <w:br/>
        <w:br/>
        <w:t>Sur ce bassin versant s’exercent d’importantes activités agricoles intensives et industrielles. Dans le contexte du programme de surveillance des flux de matières minérales et organiques introduites au littoral par les apports</w:t>
        <w:br/>
        <w:br/>
        <w:t>terrestres, les principaux paramètres de qualité générale des eaux ont été étudiés en 2007. Les teneurs des sels nutritifs (nitrates NO3- , nitrite NO2-, ammonium NH4+ , phosphate PO43-) et des matières organiques (azote organique dissous NOD, carbone organique particulaire COP) ont été suivis une fois par mois durant l’année 2007dans une station situé à l’embouchure. Les eaux de la Seybouse sont très polluées par l’azote minéral (0,387 mg. l-1) et par les</w:t>
        <w:br/>
        <w:br/>
        <w:t>phosphates (1,203 mg. l-1). A l’embouchure, la Seybouse paraît fonctionner comme un égout domestique dont le rapport N/P est toujours proche de 5. L’abondance des matières organiques dissoutes (NOD : 14,9 mg. l-1) et</w:t>
        <w:br/>
        <w:br/>
        <w:t>particulaire (COP : 22,293 mg. l-1 ) accroît la pollution du littoral récepteur et y aggrave le dysfonctionnent.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