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l'estimation dans le cas des echantillons aleatoires spatialement depndnts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Benatmane; Chaabane/ Benmostefa, F.Z./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 Résemé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'estimation dans le cas des echantillon/ aleatoires spatialement depndnts/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L'ensemble des travaux préésentés dans ce mémoire regroupe des problémmes d'estimation dans lecas d'échantillons     spatialement dépeendant par des méthodes qui s'appellent les méthodes du krigage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