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lois conditionnelles des excurions d'un processus de markov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Hacène/ Maisonneuve,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de markov/ Excursions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dece travait est d'étudier les lois conditionnelles des excursions d'un processus de markov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