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Laméthode du gradient conjugué avec la recherche linéaire non monotne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Bouali; Tahar/ Laskri, Yamina/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algorithme./ gradient conjuque/ </w:t>
            </w:r>
          </w:p>
        </w:tc>
      </w:tr>
    </w:tbl>
    <w:p>
      <w:pPr>
        <w:pStyle w:val="Heading3"/>
      </w:pPr>
      <w:r>
        <w:t>Résumé :</w:t>
      </w:r>
    </w:p>
    <w:p>
      <w:r>
        <w:t>Dons ce mémoire nous présentons une classe de méthodes du gradient conjuqué nomontne nous nous intéressons tout particuliérement aux méthodes bien connues de polak-ribere -polyak et de hestenes -stiefel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