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Cycles limites de quelques systémes différentiels polynomiaux en dimension 2,3 et 4 par la méthode de la moyenne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Merzougui; Sana/ Makhlouf, Amar/ </w:t>
            </w:r>
          </w:p>
        </w:tc>
      </w:tr>
      <w:tr>
        <w:trPr>
          <w:trHeight w:val="567"/>
        </w:trPr>
        <w:tc>
          <w:tcPr>
            <w:tcW w:type="dxa" w:w="3000"/>
          </w:tcPr>
          <w:p>
            <w:r>
              <w:t>Nombre de Pages</w:t>
            </w:r>
          </w:p>
        </w:tc>
        <w:tc>
          <w:tcPr>
            <w:tcW w:type="dxa" w:w="7000"/>
          </w:tcPr>
          <w:p>
            <w:r>
              <w:t>93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théorie de la moyenne/ cycle limite/ </w:t>
            </w:r>
          </w:p>
        </w:tc>
      </w:tr>
    </w:tbl>
    <w:p>
      <w:pPr>
        <w:pStyle w:val="Heading3"/>
      </w:pPr>
      <w:r>
        <w:t>Résumé :</w:t>
      </w:r>
    </w:p>
    <w:p>
      <w:r>
        <w:t>Dans ce travait nons etudions plusieurs applicatious la la théorie de la moyenne du premier et du second ordre pour étudier l'existence et la stzbilité de cycles limites de certains systémes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