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multigrille et problème d'infiltration dans les milieux poreux.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Benzahi; Mourad/ Haiour,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Inéquations variationnelles/ Synthèse multigrilles pour les équations/ problème d'infiltration./ </w:t>
            </w:r>
          </w:p>
        </w:tc>
      </w:tr>
    </w:tbl>
    <w:p>
      <w:pPr>
        <w:pStyle w:val="Heading3"/>
      </w:pPr>
      <w:r>
        <w:t>Résumé :</w:t>
      </w:r>
    </w:p>
    <w:p>
      <w:r>
        <w:t>Notre travail est une synthèse sur les multigrilles pour les équations aux dérivées partielles et les inéquations variationnelles. Ainsi que leur convergence uniforme avec une application a un problème d'infiltration dans les milieux poreux.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