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cycles limites des systemes planaires.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Djerrai; Asma/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 cycles limites des systemes planaires/ les notions de bifurcation/ orbites homocliniques./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mémoire est l'étude des cycles limites des systèmes planaires.Les définitions des ensembles limites et ds cycles limites.(sans n d'inventaire).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