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 asymptotique fort des polynômes orthogonaux sur le contour.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Aggoune; Fateh/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polynômes/ orthogonaux ou orthonomés./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On présente dans ce mémoire, une étude du problème du comportement asymptotique d'une classe de polynômes dits orthogonaux ou orthonomés. Cette suite de polynômes qu'on noera {Ln(z)}.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