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quelqueues problémes du comportement asymptotique des polynomes extrémaux sur le segment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Boucenne; Ahcene/ Unversite badji mokhtar/ Khaldi,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technique desymetrie de powell aux methode/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L'objectif de cette thëse, est l'ètude du problëme du comportement asymptotique deune classe de polynùmes dits extrèmaux (0 &lt; p &lt; 1) notès tn;p associès ‡ une mesure   de borel positive, e'nie, avec supp( ) = f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