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décomposition en sous domaines pour quelques problèmes a frontière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Hadidi; El-Bahi/ Haiour,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inéquations variationnelles/ quasi variationnelles/ l’estimation d’erreur de l’approximation./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étudie les inéquations variationnelles et quasi variationnelles, en appliquant la méthode de décomposition en deux sous domaines. On donne l’estimation d’erreur de l’approximation par éléments finis afines.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