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Polynomes polaires associes aux polynomes orthogonaux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Rehouma; Abdel hamid./ Laskri, Yamina/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Résému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bl>
    <w:p>
      <w:pPr>
        <w:pStyle w:val="Heading3"/>
      </w:pPr>
      <w:r>
        <w:t>Résumé :</w:t>
      </w:r>
    </w:p>
    <w:p>
      <w:r>
        <w:t>Soit flng le systéme de polynémes orthogonaux sur le cercle unité i.e. Ln (z) vériée les</w:t>
        <w:br/>
        <w:br/>
        <w:t>relations déorthogonalité suivantes.générale Dans ce travail nous avons apporté une contribution  un probléme n'est facile dans le domaine de la théorie constructive des polynémes polaires associés aux polynémes orthogonaux et leur comportement asymptotique.Le résultat principal porte sur l'étude du comportement asymptotique des polynémes polaires associés aux polynémes orthogonaux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