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aux limites pour une équation différentielle abstraite avec conditions aux limites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difféerentielle abstraite, inéegalitee éenergéetique/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 on étudie une classe de problèmes aux limites pour une équation</w:t>
        <w:br/>
        <w:br/>
        <w:t>différentielle abstraite avec conditions non-locales. en se basant sur la méthode des inégalités</w:t>
        <w:br/>
        <w:br/>
        <w:t>énergétiques, on établit des résultats d'existence et d'unicitée de la solution sa dépendance</w:t>
        <w:br/>
        <w:br/>
        <w:t>continue par rapport aux données ainsi que sa continuité par rapport aux parametres.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