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Bio-décontamination en agro-alimentaire par des molécules bio-actives naturelles d’une plante médicinale Rosmarinus officinalis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Baghloul; Faïza/ Djahoudi, Abdelghani/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rosm arinu s officinalis/ hu ile e ss entielle/ contam inants alim entaires/ </w:t>
            </w:r>
          </w:p>
        </w:tc>
      </w:tr>
    </w:tbl>
    <w:p>
      <w:pPr>
        <w:pStyle w:val="Heading3"/>
      </w:pPr>
      <w:r>
        <w:t>Résumé :</w:t>
      </w:r>
    </w:p>
    <w:p>
      <w:r>
        <w:t>Les nom breu s es propriétés natu relles d e s hu iles e ss entielles en font d’elle s à la fois d e s ingrédients nu traceu tiqu es et d es agents d e cons ervation très prom etteu rs pou r l’ind u s trie agro-alim entaire. Le recou rs àce s m olécu les s’avère être u nchoix ad équat,face à u n risqu e précis ou à la néces sité d e réd u ire ou rem placer le s agents d e</w:t>
        <w:br/>
        <w:br/>
        <w:t>conservationchim iqu es s ynthétiqu es connu es parleu rs nocivités s u rlasantéhu m aine .N otre étu d e porte s u r l’hu ile es sentielle d e Ros m arinu s officinalis, espèce trèsabondante dans larégion d e H am m am et-Y ou kou s (Tebes sa-A lgérie). Elle fait partie d upatrim oine m édicinal et cu linaire d e ce tte localité, au tre fois u tilisée en m éd ecine</w:t>
        <w:br/>
        <w:br/>
        <w:t>popu laire , encosm étiqu e et en phytopharm acie.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