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théorique et numérique de quelques problèmes de la mécanique d'élasticité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Hafsi; Takoua/ Taallah, Frekh/ </w:t>
            </w:r>
          </w:p>
        </w:tc>
      </w:tr>
      <w:tr>
        <w:trPr>
          <w:trHeight w:val="567"/>
        </w:trPr>
        <w:tc>
          <w:tcPr>
            <w:tcW w:type="dxa" w:w="3000"/>
          </w:tcPr>
          <w:p>
            <w:r>
              <w:t>Nombre de Pages</w:t>
            </w:r>
          </w:p>
        </w:tc>
        <w:tc>
          <w:tcPr>
            <w:tcW w:type="dxa" w:w="7000"/>
          </w:tcPr>
          <w:p>
            <w:r>
              <w:t>73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problème de contact/ mécanique des solides/ </w:t>
            </w:r>
          </w:p>
        </w:tc>
      </w:tr>
    </w:tbl>
    <w:p>
      <w:pPr>
        <w:pStyle w:val="Heading3"/>
      </w:pPr>
      <w:r>
        <w:t>Résumé :</w:t>
      </w:r>
    </w:p>
    <w:p>
      <w:r>
        <w:t>Le sujet de cette thèse est la modélisation, l'analyse et la simulation de certains problèmes de contact en mécanique des solides dans le cadre de l'élasticité linéaire en petites déformations.    Notre contribution est d'élargir l'application de la méthode des volumes finis souvent utilisée pour l'approximation des problèmes de la mécanique des fluides et de démontrer une voie permettant de l'appliquée dans le domaine de la mécanique des solides.</w:t>
        <w:br/>
        <w:br/>
        <w:t>183979- 81/22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